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E27E7" w14:textId="63FFDF29" w:rsidR="004A4D3E" w:rsidRDefault="00000000">
      <w:pPr>
        <w:pStyle w:val="Titre"/>
      </w:pPr>
      <w:r>
        <w:rPr>
          <w:color w:val="1E5AB4"/>
        </w:rPr>
        <w:t>📘 Carnet des 3 phrases</w:t>
      </w:r>
      <w:r w:rsidR="00D822A3">
        <w:rPr>
          <w:color w:val="1E5AB4"/>
        </w:rPr>
        <w:t xml:space="preserve"> </w:t>
      </w:r>
      <w:r>
        <w:rPr>
          <w:color w:val="1E5AB4"/>
        </w:rPr>
        <w:t xml:space="preserve">– </w:t>
      </w:r>
      <w:proofErr w:type="spellStart"/>
      <w:r>
        <w:rPr>
          <w:color w:val="1E5AB4"/>
        </w:rPr>
        <w:t>Spécial</w:t>
      </w:r>
      <w:proofErr w:type="spellEnd"/>
      <w:r>
        <w:rPr>
          <w:color w:val="1E5AB4"/>
        </w:rPr>
        <w:t xml:space="preserve"> BTS</w:t>
      </w:r>
    </w:p>
    <w:p w14:paraId="565E1394" w14:textId="77777777" w:rsidR="004A4D3E" w:rsidRDefault="00000000">
      <w:pPr>
        <w:pStyle w:val="Titre1"/>
      </w:pPr>
      <w:r>
        <w:t>2</w:t>
      </w:r>
      <w:proofErr w:type="gramStart"/>
      <w:r>
        <w:t>. 📆 Consignes</w:t>
      </w:r>
      <w:proofErr w:type="gramEnd"/>
      <w:r>
        <w:t xml:space="preserve"> d’écriture quotidiennes</w:t>
      </w:r>
    </w:p>
    <w:p w14:paraId="7221EF93" w14:textId="77777777" w:rsidR="004A4D3E" w:rsidRDefault="00000000">
      <w:r>
        <w:rPr>
          <w:b/>
        </w:rPr>
        <w:t xml:space="preserve">08/12 – 🎅 Amorce : </w:t>
      </w:r>
    </w:p>
    <w:p w14:paraId="1AF0E04D" w14:textId="77777777" w:rsidR="004A4D3E" w:rsidRDefault="00000000">
      <w:r>
        <w:t>Aujourd’hui, j’ai compris que le Père Noël…</w:t>
      </w:r>
    </w:p>
    <w:p w14:paraId="25D9B43B" w14:textId="77777777" w:rsidR="004A4D3E" w:rsidRDefault="00000000">
      <w:r>
        <w:rPr>
          <w:b/>
        </w:rPr>
        <w:t xml:space="preserve">09/12 – 🔗 Contrainte : </w:t>
      </w:r>
    </w:p>
    <w:p w14:paraId="2BE3EF23" w14:textId="77777777" w:rsidR="004A4D3E" w:rsidRDefault="00000000">
      <w:r>
        <w:t>Intégrer le mot « cependant »</w:t>
      </w:r>
    </w:p>
    <w:p w14:paraId="6259D1ED" w14:textId="77777777" w:rsidR="004A4D3E" w:rsidRDefault="00000000">
      <w:r>
        <w:rPr>
          <w:b/>
        </w:rPr>
        <w:t xml:space="preserve">10/12 – 🎄 Amorce : </w:t>
      </w:r>
    </w:p>
    <w:p w14:paraId="2AD7647D" w14:textId="77777777" w:rsidR="004A4D3E" w:rsidRDefault="00000000">
      <w:r>
        <w:t>Ce matin, juste avant les vacances de Noël,…</w:t>
      </w:r>
    </w:p>
    <w:p w14:paraId="2436DEC3" w14:textId="77777777" w:rsidR="004A4D3E" w:rsidRDefault="00000000">
      <w:r>
        <w:rPr>
          <w:b/>
        </w:rPr>
        <w:t xml:space="preserve">11/12 – 🔄 Contrainte : </w:t>
      </w:r>
    </w:p>
    <w:p w14:paraId="680CA006" w14:textId="77777777" w:rsidR="004A4D3E" w:rsidRDefault="00000000">
      <w:r>
        <w:t>Intégrer le mot « transformation »</w:t>
      </w:r>
    </w:p>
    <w:p w14:paraId="4764076E" w14:textId="77777777" w:rsidR="004A4D3E" w:rsidRDefault="00000000">
      <w:r>
        <w:rPr>
          <w:b/>
        </w:rPr>
        <w:t xml:space="preserve">12/12 – ✏️ Amorce : </w:t>
      </w:r>
    </w:p>
    <w:p w14:paraId="637DED76" w14:textId="77777777" w:rsidR="004A4D3E" w:rsidRDefault="00000000">
      <w:r>
        <w:t>Je ne pensais pas que…, mais…</w:t>
      </w:r>
    </w:p>
    <w:p w14:paraId="710BB449" w14:textId="77777777" w:rsidR="004A4D3E" w:rsidRDefault="00000000">
      <w:r>
        <w:rPr>
          <w:b/>
        </w:rPr>
        <w:t xml:space="preserve">13/12 – 🔗 Contrainte : </w:t>
      </w:r>
    </w:p>
    <w:p w14:paraId="69104E5A" w14:textId="77777777" w:rsidR="004A4D3E" w:rsidRDefault="00000000">
      <w:r>
        <w:t>Intégrer le mot « néanmoins »</w:t>
      </w:r>
    </w:p>
    <w:p w14:paraId="319ABA06" w14:textId="77777777" w:rsidR="004A4D3E" w:rsidRDefault="00000000">
      <w:r>
        <w:rPr>
          <w:b/>
        </w:rPr>
        <w:t xml:space="preserve">14/12 – 🍪 Amorce : </w:t>
      </w:r>
    </w:p>
    <w:p w14:paraId="17DF3E2A" w14:textId="77777777" w:rsidR="004A4D3E" w:rsidRDefault="00000000">
      <w:r>
        <w:t>Un détail de l’ambiance de Noël m’a surpris aujourd’hui…</w:t>
      </w:r>
    </w:p>
    <w:p w14:paraId="6A609DC2" w14:textId="77777777" w:rsidR="004A4D3E" w:rsidRDefault="00000000">
      <w:r>
        <w:rPr>
          <w:b/>
        </w:rPr>
        <w:t xml:space="preserve">15/12 – 🎯 Contrainte : </w:t>
      </w:r>
    </w:p>
    <w:p w14:paraId="179106C7" w14:textId="77777777" w:rsidR="004A4D3E" w:rsidRDefault="00000000">
      <w:r>
        <w:t>Intégrer le mot « enjeu »</w:t>
      </w:r>
    </w:p>
    <w:p w14:paraId="31BDB7F7" w14:textId="77777777" w:rsidR="004A4D3E" w:rsidRDefault="00000000">
      <w:r>
        <w:rPr>
          <w:b/>
        </w:rPr>
        <w:t xml:space="preserve">16/12 – 🎁 Amorce : </w:t>
      </w:r>
    </w:p>
    <w:p w14:paraId="564756FF" w14:textId="77777777" w:rsidR="004A4D3E" w:rsidRDefault="00000000">
      <w:r>
        <w:t>Il existe une différence importante entre le Noël de mon enfance et celui d’aujourd’hui…</w:t>
      </w:r>
    </w:p>
    <w:p w14:paraId="09E14D6E" w14:textId="77777777" w:rsidR="004A4D3E" w:rsidRDefault="00000000">
      <w:r>
        <w:rPr>
          <w:b/>
        </w:rPr>
        <w:t xml:space="preserve">17/12 – 🔗 Contrainte : </w:t>
      </w:r>
    </w:p>
    <w:p w14:paraId="236431CE" w14:textId="77777777" w:rsidR="004A4D3E" w:rsidRDefault="00000000">
      <w:r>
        <w:t>Intégrer le mot « en revanche »</w:t>
      </w:r>
    </w:p>
    <w:p w14:paraId="55D77231" w14:textId="77777777" w:rsidR="004A4D3E" w:rsidRDefault="00000000">
      <w:r>
        <w:rPr>
          <w:b/>
        </w:rPr>
        <w:t xml:space="preserve">18/12 – ❄️ Amorce : </w:t>
      </w:r>
    </w:p>
    <w:p w14:paraId="4544B125" w14:textId="77777777" w:rsidR="004A4D3E" w:rsidRDefault="00000000">
      <w:r>
        <w:t>Dans la rue, avec le froid de décembre, j’ai remarqué que…</w:t>
      </w:r>
    </w:p>
    <w:p w14:paraId="774CAF21" w14:textId="77777777" w:rsidR="004A4D3E" w:rsidRDefault="00000000">
      <w:r>
        <w:rPr>
          <w:b/>
        </w:rPr>
        <w:lastRenderedPageBreak/>
        <w:t xml:space="preserve">19/12 – 📉 Contrainte : </w:t>
      </w:r>
    </w:p>
    <w:p w14:paraId="53E78B42" w14:textId="77777777" w:rsidR="004A4D3E" w:rsidRDefault="00000000">
      <w:r>
        <w:t>Intégrer le mot « conséquence »</w:t>
      </w:r>
    </w:p>
    <w:p w14:paraId="74D64FFF" w14:textId="77777777" w:rsidR="004A4D3E" w:rsidRDefault="00000000">
      <w:r>
        <w:rPr>
          <w:b/>
        </w:rPr>
        <w:t xml:space="preserve">20/12 – 🎄 Amorce : </w:t>
      </w:r>
    </w:p>
    <w:p w14:paraId="5CC7CE7D" w14:textId="77777777" w:rsidR="004A4D3E" w:rsidRDefault="00000000">
      <w:r>
        <w:t>Quelqu’un m’a fait réfléchir aujourd’hui en parlant de Noël…</w:t>
      </w:r>
    </w:p>
    <w:p w14:paraId="78497E21" w14:textId="77777777" w:rsidR="004A4D3E" w:rsidRDefault="00000000">
      <w:r>
        <w:rPr>
          <w:b/>
        </w:rPr>
        <w:t xml:space="preserve">21/12 – 🔗 Contrainte : </w:t>
      </w:r>
    </w:p>
    <w:p w14:paraId="3678A755" w14:textId="77777777" w:rsidR="004A4D3E" w:rsidRDefault="00000000">
      <w:r>
        <w:t>Intégrer le mot « toutefois »</w:t>
      </w:r>
    </w:p>
    <w:p w14:paraId="4DB83EB8" w14:textId="77777777" w:rsidR="004A4D3E" w:rsidRDefault="00000000">
      <w:r>
        <w:rPr>
          <w:b/>
        </w:rPr>
        <w:t xml:space="preserve">22/12 – 🎒 Amorce : </w:t>
      </w:r>
    </w:p>
    <w:p w14:paraId="304B06B1" w14:textId="77777777" w:rsidR="004A4D3E" w:rsidRDefault="00000000">
      <w:r>
        <w:t>Avant les vacances, je pensais que… Maintenant, je pense que…</w:t>
      </w:r>
    </w:p>
    <w:p w14:paraId="494C72B7" w14:textId="77777777" w:rsidR="004A4D3E" w:rsidRDefault="00000000">
      <w:r>
        <w:rPr>
          <w:b/>
        </w:rPr>
        <w:t xml:space="preserve">23/12 – 🔎 Contrainte : </w:t>
      </w:r>
    </w:p>
    <w:p w14:paraId="14D9BC16" w14:textId="77777777" w:rsidR="004A4D3E" w:rsidRDefault="00000000">
      <w:r>
        <w:t>Intégrer l’expression « remise en question »</w:t>
      </w:r>
    </w:p>
    <w:p w14:paraId="00115729" w14:textId="77777777" w:rsidR="004A4D3E" w:rsidRDefault="00000000">
      <w:r>
        <w:rPr>
          <w:b/>
        </w:rPr>
        <w:t xml:space="preserve">24/12 – 🕯️ Amorce : </w:t>
      </w:r>
    </w:p>
    <w:p w14:paraId="34497817" w14:textId="77777777" w:rsidR="004A4D3E" w:rsidRDefault="00000000">
      <w:r>
        <w:t>Ce soir, l’ambiance est particulière parce que…</w:t>
      </w:r>
    </w:p>
    <w:p w14:paraId="0190ED0B" w14:textId="77777777" w:rsidR="004A4D3E" w:rsidRDefault="00000000">
      <w:r>
        <w:rPr>
          <w:b/>
        </w:rPr>
        <w:t xml:space="preserve">25/12 – 🎁 Contrainte : </w:t>
      </w:r>
    </w:p>
    <w:p w14:paraId="2FE26237" w14:textId="77777777" w:rsidR="004A4D3E" w:rsidRDefault="00000000">
      <w:r>
        <w:t>Intégrer le mot « partage »</w:t>
      </w:r>
    </w:p>
    <w:p w14:paraId="1ADE99B2" w14:textId="77777777" w:rsidR="004A4D3E" w:rsidRDefault="00000000">
      <w:r>
        <w:rPr>
          <w:b/>
        </w:rPr>
        <w:t xml:space="preserve">26/12 – ❄️ Amorce : </w:t>
      </w:r>
    </w:p>
    <w:p w14:paraId="68BB0C1A" w14:textId="77777777" w:rsidR="004A4D3E" w:rsidRDefault="00000000">
      <w:r>
        <w:t>Un souvenir d’hiver me revient quand je pense à…</w:t>
      </w:r>
    </w:p>
    <w:p w14:paraId="6ACC401C" w14:textId="77777777" w:rsidR="004A4D3E" w:rsidRDefault="00000000">
      <w:r>
        <w:rPr>
          <w:b/>
        </w:rPr>
        <w:t xml:space="preserve">27/12 – 🔗 Contrainte : </w:t>
      </w:r>
    </w:p>
    <w:p w14:paraId="38C461AA" w14:textId="77777777" w:rsidR="004A4D3E" w:rsidRDefault="00000000">
      <w:r>
        <w:t>Intégrer le connecteur « à l’inverse »</w:t>
      </w:r>
    </w:p>
    <w:p w14:paraId="60E39B63" w14:textId="77777777" w:rsidR="004A4D3E" w:rsidRDefault="00000000">
      <w:r>
        <w:rPr>
          <w:b/>
        </w:rPr>
        <w:t xml:space="preserve">28/12 – 🎄 Amorce : </w:t>
      </w:r>
    </w:p>
    <w:p w14:paraId="16CCFCA2" w14:textId="77777777" w:rsidR="004A4D3E" w:rsidRDefault="00000000">
      <w:r>
        <w:t>Il y a une chose que je ne comprends toujours pas à propos de Noël…</w:t>
      </w:r>
    </w:p>
    <w:p w14:paraId="51049A42" w14:textId="77777777" w:rsidR="004A4D3E" w:rsidRDefault="00000000">
      <w:r>
        <w:rPr>
          <w:b/>
        </w:rPr>
        <w:t xml:space="preserve">29/12 – 🔄 Contrainte : </w:t>
      </w:r>
    </w:p>
    <w:p w14:paraId="389EB3CA" w14:textId="77777777" w:rsidR="004A4D3E" w:rsidRDefault="00000000">
      <w:r>
        <w:t>Intégrer le mot « évolution »</w:t>
      </w:r>
    </w:p>
    <w:p w14:paraId="3B640FBE" w14:textId="77777777" w:rsidR="004A4D3E" w:rsidRDefault="00000000">
      <w:r>
        <w:rPr>
          <w:b/>
        </w:rPr>
        <w:t xml:space="preserve">30/12 – ❄️ Amorce : </w:t>
      </w:r>
    </w:p>
    <w:p w14:paraId="08BCD12E" w14:textId="77777777" w:rsidR="004A4D3E" w:rsidRDefault="00000000">
      <w:r>
        <w:t>Cette année, même en hiver, j’ai appris que…</w:t>
      </w:r>
    </w:p>
    <w:p w14:paraId="4EB18D6E" w14:textId="77777777" w:rsidR="004A4D3E" w:rsidRDefault="00000000">
      <w:r>
        <w:rPr>
          <w:b/>
        </w:rPr>
        <w:t xml:space="preserve">31/12 – 📊 Contrainte : </w:t>
      </w:r>
    </w:p>
    <w:p w14:paraId="0C8B85E3" w14:textId="77777777" w:rsidR="004A4D3E" w:rsidRDefault="00000000">
      <w:r>
        <w:lastRenderedPageBreak/>
        <w:t>Intégrer le mot « bilan »</w:t>
      </w:r>
    </w:p>
    <w:p w14:paraId="5F9C0F88" w14:textId="77777777" w:rsidR="004A4D3E" w:rsidRDefault="00000000">
      <w:r>
        <w:rPr>
          <w:b/>
        </w:rPr>
        <w:t xml:space="preserve">01/01 – 🎆 Amorce : </w:t>
      </w:r>
    </w:p>
    <w:p w14:paraId="010CCBD9" w14:textId="77777777" w:rsidR="004A4D3E" w:rsidRDefault="00000000">
      <w:r>
        <w:t>Cette année, après les fêtes, j’aimerais que…</w:t>
      </w:r>
    </w:p>
    <w:p w14:paraId="62F4E579" w14:textId="77777777" w:rsidR="004A4D3E" w:rsidRDefault="00000000">
      <w:r>
        <w:rPr>
          <w:b/>
        </w:rPr>
        <w:t xml:space="preserve">02/01 – 🌱 Contrainte : </w:t>
      </w:r>
    </w:p>
    <w:p w14:paraId="68144226" w14:textId="77777777" w:rsidR="004A4D3E" w:rsidRDefault="00000000">
      <w:r>
        <w:t>Intégrer le mot « espoir »</w:t>
      </w:r>
    </w:p>
    <w:p w14:paraId="6C3AA663" w14:textId="77777777" w:rsidR="004A4D3E" w:rsidRDefault="00000000">
      <w:r>
        <w:rPr>
          <w:b/>
        </w:rPr>
        <w:t xml:space="preserve">03/01 – 🏫 Amorce : </w:t>
      </w:r>
    </w:p>
    <w:p w14:paraId="210E041A" w14:textId="77777777" w:rsidR="004A4D3E" w:rsidRDefault="00000000">
      <w:r>
        <w:t>Avec le retour en cours, un changement serait nécessaire si…</w:t>
      </w:r>
    </w:p>
    <w:p w14:paraId="31C00EB8" w14:textId="77777777" w:rsidR="004A4D3E" w:rsidRDefault="00000000">
      <w:r>
        <w:rPr>
          <w:b/>
        </w:rPr>
        <w:t xml:space="preserve">04/01 – ⚖️ Contrainte : </w:t>
      </w:r>
    </w:p>
    <w:p w14:paraId="3001884E" w14:textId="77777777" w:rsidR="004A4D3E" w:rsidRDefault="00000000">
      <w:r>
        <w:t>Intégrer le mot « responsabilité »</w:t>
      </w:r>
    </w:p>
    <w:p w14:paraId="45D6DB8C" w14:textId="77777777" w:rsidR="004A4D3E" w:rsidRDefault="00000000">
      <w:r>
        <w:rPr>
          <w:b/>
        </w:rPr>
        <w:t xml:space="preserve">05/01 – 🧠 Amorce : </w:t>
      </w:r>
    </w:p>
    <w:p w14:paraId="5EB16113" w14:textId="77777777" w:rsidR="004A4D3E" w:rsidRDefault="00000000">
      <w:r>
        <w:t>En repensant aux vacances, je me rends compte que…</w:t>
      </w:r>
    </w:p>
    <w:p w14:paraId="55E60039" w14:textId="77777777" w:rsidR="004A4D3E" w:rsidRDefault="00000000">
      <w:r>
        <w:rPr>
          <w:b/>
        </w:rPr>
        <w:t xml:space="preserve">06/01 – ⏳ Contrainte : </w:t>
      </w:r>
    </w:p>
    <w:p w14:paraId="73A3813E" w14:textId="77777777" w:rsidR="004A4D3E" w:rsidRDefault="00000000">
      <w:r>
        <w:t>Intégrer l’adverbe « progressivement »</w:t>
      </w:r>
    </w:p>
    <w:p w14:paraId="62A20EFF" w14:textId="77777777" w:rsidR="004A4D3E" w:rsidRDefault="00000000">
      <w:r>
        <w:rPr>
          <w:b/>
        </w:rPr>
        <w:t xml:space="preserve">07/01 – 🧗 Amorce : </w:t>
      </w:r>
    </w:p>
    <w:p w14:paraId="7E2646FE" w14:textId="77777777" w:rsidR="004A4D3E" w:rsidRDefault="00000000">
      <w:r>
        <w:t>Une difficulté que je rencontre encore, même après les vacances, est…</w:t>
      </w:r>
    </w:p>
    <w:p w14:paraId="1D7E6FDE" w14:textId="77777777" w:rsidR="004A4D3E" w:rsidRDefault="00000000">
      <w:r>
        <w:rPr>
          <w:b/>
        </w:rPr>
        <w:t xml:space="preserve">08/01 – 🔗 Contrainte : </w:t>
      </w:r>
    </w:p>
    <w:p w14:paraId="16965937" w14:textId="77777777" w:rsidR="004A4D3E" w:rsidRDefault="00000000">
      <w:r>
        <w:t>Intégrer le mot « malgré »</w:t>
      </w:r>
    </w:p>
    <w:p w14:paraId="20E943FC" w14:textId="77777777" w:rsidR="004A4D3E" w:rsidRDefault="00000000">
      <w:r>
        <w:rPr>
          <w:b/>
        </w:rPr>
        <w:t xml:space="preserve">09/01 – 📓 Amorce : </w:t>
      </w:r>
    </w:p>
    <w:p w14:paraId="2FE1EC72" w14:textId="77777777" w:rsidR="004A4D3E" w:rsidRDefault="00000000">
      <w:r>
        <w:t>Depuis que j’écris dans ce carnet, je remarque que…</w:t>
      </w:r>
    </w:p>
    <w:p w14:paraId="09389959" w14:textId="77777777" w:rsidR="004A4D3E" w:rsidRDefault="00000000">
      <w:r>
        <w:rPr>
          <w:b/>
        </w:rPr>
        <w:t xml:space="preserve">10/01 – 🔁 Contrainte : </w:t>
      </w:r>
    </w:p>
    <w:p w14:paraId="5B5FAD31" w14:textId="77777777" w:rsidR="004A4D3E" w:rsidRDefault="00000000">
      <w:r>
        <w:t>Intégrer l’expression « autrement dit »</w:t>
      </w:r>
    </w:p>
    <w:p w14:paraId="0084240B" w14:textId="77777777" w:rsidR="004A4D3E" w:rsidRDefault="00000000">
      <w:r>
        <w:rPr>
          <w:b/>
        </w:rPr>
        <w:t xml:space="preserve">11/01 – ✅ Amorce final : </w:t>
      </w:r>
    </w:p>
    <w:p w14:paraId="68677B68" w14:textId="44C99DF4" w:rsidR="00D822A3" w:rsidRDefault="00000000">
      <w:r>
        <w:t>Aujourd’hui, écrire trois phrases par jour m’a permis de…</w:t>
      </w:r>
    </w:p>
    <w:p w14:paraId="05BD7CA0" w14:textId="77777777" w:rsidR="00D822A3" w:rsidRDefault="00D822A3">
      <w:r>
        <w:br w:type="page"/>
      </w:r>
    </w:p>
    <w:sectPr w:rsidR="00D822A3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89146" w14:textId="77777777" w:rsidR="00F60F12" w:rsidRDefault="00F60F12" w:rsidP="00D822A3">
      <w:pPr>
        <w:spacing w:after="0" w:line="240" w:lineRule="auto"/>
      </w:pPr>
      <w:r>
        <w:separator/>
      </w:r>
    </w:p>
  </w:endnote>
  <w:endnote w:type="continuationSeparator" w:id="0">
    <w:p w14:paraId="0DE923A8" w14:textId="77777777" w:rsidR="00F60F12" w:rsidRDefault="00F60F12" w:rsidP="00D82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3C39" w14:textId="6073D000" w:rsidR="00D822A3" w:rsidRPr="00D822A3" w:rsidRDefault="00D822A3">
    <w:pPr>
      <w:pStyle w:val="Pieddepage"/>
      <w:rPr>
        <w:i/>
        <w:iCs/>
        <w:sz w:val="18"/>
        <w:szCs w:val="18"/>
      </w:rPr>
    </w:pPr>
    <w:r w:rsidRPr="00D822A3">
      <w:rPr>
        <w:i/>
        <w:iCs/>
        <w:sz w:val="18"/>
        <w:szCs w:val="18"/>
      </w:rPr>
      <w:t>MAJ 07/12/25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7D110" w14:textId="77777777" w:rsidR="00F60F12" w:rsidRDefault="00F60F12" w:rsidP="00D822A3">
      <w:pPr>
        <w:spacing w:after="0" w:line="240" w:lineRule="auto"/>
      </w:pPr>
      <w:r>
        <w:separator/>
      </w:r>
    </w:p>
  </w:footnote>
  <w:footnote w:type="continuationSeparator" w:id="0">
    <w:p w14:paraId="0AD900F2" w14:textId="77777777" w:rsidR="00F60F12" w:rsidRDefault="00F60F12" w:rsidP="00D82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0168843">
    <w:abstractNumId w:val="8"/>
  </w:num>
  <w:num w:numId="2" w16cid:durableId="474681735">
    <w:abstractNumId w:val="6"/>
  </w:num>
  <w:num w:numId="3" w16cid:durableId="1657805066">
    <w:abstractNumId w:val="5"/>
  </w:num>
  <w:num w:numId="4" w16cid:durableId="1790665773">
    <w:abstractNumId w:val="4"/>
  </w:num>
  <w:num w:numId="5" w16cid:durableId="1344825140">
    <w:abstractNumId w:val="7"/>
  </w:num>
  <w:num w:numId="6" w16cid:durableId="1391997803">
    <w:abstractNumId w:val="3"/>
  </w:num>
  <w:num w:numId="7" w16cid:durableId="1485777663">
    <w:abstractNumId w:val="2"/>
  </w:num>
  <w:num w:numId="8" w16cid:durableId="131362778">
    <w:abstractNumId w:val="1"/>
  </w:num>
  <w:num w:numId="9" w16cid:durableId="170081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4D3E"/>
    <w:rsid w:val="007F4F93"/>
    <w:rsid w:val="008F7860"/>
    <w:rsid w:val="00AA1D8D"/>
    <w:rsid w:val="00B47730"/>
    <w:rsid w:val="00BE753C"/>
    <w:rsid w:val="00CB0664"/>
    <w:rsid w:val="00D822A3"/>
    <w:rsid w:val="00E856B1"/>
    <w:rsid w:val="00F60F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22162"/>
  <w14:defaultImageDpi w14:val="300"/>
  <w15:docId w15:val="{D0B1A767-4DC6-4561-9FB1-20E859BA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D822A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82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443</Words>
  <Characters>1991</Characters>
  <Application>Microsoft Office Word</Application>
  <DocSecurity>0</DocSecurity>
  <Lines>68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Anne-Lise BOUCHUT</cp:lastModifiedBy>
  <cp:revision>3</cp:revision>
  <dcterms:created xsi:type="dcterms:W3CDTF">2025-12-07T13:59:00Z</dcterms:created>
  <dcterms:modified xsi:type="dcterms:W3CDTF">2025-12-07T14:09:00Z</dcterms:modified>
  <cp:category/>
</cp:coreProperties>
</file>